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فرنسيس فتح الله مراش و دوره في النهضة الفكرية و الادبية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الشرع/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الكندي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الفكر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