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موصليون شهادات وبصمات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صالح علي حسين الجميلي/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9789957961909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