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مفاتيح القصيدة الجاهلية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بن احمد الفيفي/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