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نهج البلاغة في ضوء علم اللغة الاجتماعي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نعمة دهش فرحان الطائي/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الدار المنهجية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9789957608149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فقه اللغة/ البلاغة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