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ثقافة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سماح عبدالله الفران/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الأكاديميون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9789957590598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القصص العربية/ اليمن/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