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الجوارح ودلالاتها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كنو علي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