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دروس في المذاهب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المذاهب النحوية/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