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سيميائية في ديوان حمامة وقيد لسعد مرد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ور سعاد/ مريخي فيروز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ج السيميائي/ المعاجم الدلالية/ ديوان حمامة وق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