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النسق في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غطوط مريم/ عوينة سارة/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النسق/ صراع الأنساق/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