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الصرفية وأثرها في المعنى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بوعبدالله فريال/ شكرودي نعيمة/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.30*21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علم الصرف/ سورة الرحمن/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