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النحو عند حماسة عبد اللطيف قراءة وصفية في كتاب النحو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ساحلي فريدة/ دراحي كوثر/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