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قصة نهاية المطاف بين يديك (مع خيوط الفجر)لجيلالي خلاص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الجزائرية/ جيلالي خلاص/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