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وضع المصطلح في كتاب التعريفات لــ عبد القاهر الجرجاني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مشيتوة نجيبة/ بوالدهوس امال/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المصطلح/ عبد القادر الجرجاني/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