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التمارين اللغوية في تحسين الأداء اللغوي للطور الإبتدائي السنة الخامسة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شباط أحلام/ مكيرد نادية/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التقويم/ الأداء اللغوي/ التمارين/ طور الابتدائي/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