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الذبيح الصاعد لـ مفدي زكرياء دراسة سيميائية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مقورة زينب/ بن حمادة كريمة/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800135011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مفدي زكرياء/ قصيدة الذبيح الصاعد/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