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 النحوي في شرح ابن عقيل النواسخ والمنصوبات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إدريس/ بريكة عبد السلام/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ابن عقيل/ النواسخ والمنصوبات/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