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الجملة بين النحو العربي والنحو الوظيفي سورة الفتح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ثابث أمينة/ بن سي عمار حليمة/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الجملة/ النحو الوظيفي/ سورة الفتح/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