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الأخطاء الإملائية عند تلاميذ الرابعة متوسط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قرقوري قمر/ جامع أحلام/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800126611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الكتابة/ التدريس/ الخطأ الإملائي/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