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ماذا أحدث عن صنعاء " للشاعر عبد الله البردوني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صيد إلهام/ كعوش هدى/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قصيدة/ ماذا أحدث عن صنعاء/ عبد الله البردوني/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