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نشأة اللغة من منظور عبد الصبور شاهين "قراءة في كتاب آدم قصة الخليفة بين الأسطورة والحقيقة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بلفة كلثوم/ جرادة فاطمة/ قريني نورة/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نشأة اللغة/ عبد الصبور شاهين/ كتاب أبي آدم/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