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التشبيه في الشعر الجاهلي زهير بن أبي سلمى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قشيشو ريمة/ نهلة سويعة/ بريك عبير/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زهير بن أبي سلمى/ الشعر/ العصر الجاهلي/ المعلقات/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