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حروف النفي في المدرسة الإبتدائية إبتدائيات تسد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يس رقية/ بوسكين ليل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ية/ حروف النفي/ المدرسة الابتد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