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التدريس وأثرها على نفسية التلميذ المرحلة الإبتدائية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قلقالة ريمة/ عين سوية عفاف/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التدريس/ نفسية التلميذ/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