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كباب إيمان/ زايدي دنيا/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وصف شعب بوان كسرى/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