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حضور التراث الشعبي في ديوان الكنعانيات لعز 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زميش بدرة/ هدري صليحة/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الشعبي/ عز الدين المناصرة/ ديوان الكنعانيات/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