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سيميائية المعجم ودلالته في قصيدة عاشق من فلسطين لمحمود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مزعاش أحمد/ توفيق لرقط/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المعجم/ محمود درويش/ السيمياء/ قصيدة/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