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الصحراء في ديوان ذي الرمة " دراسة موضوعاتية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بوالغالغ نبيهة/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الصحراء/ ديوان ذي الرمة/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