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في كتاب (الأربعين نووية )  لأبي شرف النووي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مغلاوي إكرام/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الحذف/ الأربعين نووية/ أبي شرف النووي/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