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معجمية وصعوباتها سنة أولى 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صبرينة/ 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معجم العربي/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