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"ابن الجنان الأندلسي 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بودبابز أنيسة/ بن ناصر سعاد/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الموسيقى الشعرية/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