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المؤنسة لقيس بن الملوح مجنون ليلى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سوكو كنزة/ لموسي سعاد/ بوخبزة أميرة/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المؤنسة/ قيس بن الملوح/ مجنون ليلى/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