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القصيدة العربية في عهد الدولة الزيانية زهر البستان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قجبور إسمهان/ مرمول نصيرة/ سويكي شهرة/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القصيدة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