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في سورة الكهف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بولفوس معاد/ ميموني محمد المنتصر/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الالتفات/ سورة الكهف/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