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رموز الطبيعة في شعر رمضان حمود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أمال/ لعور فايزة/ فقراوي سعاد/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الطبيعة/ رمضان حمود/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