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بوطبية فاطمة/ بوطواطو نجمة/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قصيدة/ شعب بوان كسرى/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