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سياق الفاصلة القرآنية في الجزء الأول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معالجي حسيبة/ ماجن نبيلة/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السياق القرآني/ الفاصلة القرآنية/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