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التلقين في تنمية المهارات اللغوية عند الطفل دراسة ميدانية لبعض المدارس القرآنية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شوية دليلة/ حمادة فتيحة/ عزرة مريم/ رحماني عبد المؤمن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800133611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المهارات اللغوية/ الطفل/ التلقين/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