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حوار في تعليمية اللغة العرب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نة رق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حوار/ تعليمية/ السنة الخامسة 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