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السيرة الذاتية في كتاب "واسطة السلوك في سياسة الملوك لأبي حمو موسى الزياني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جوامبي كنزة/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الأدب/ الفن/ الشعر/ السيرة/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