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تمظهر نظرية نحو النص في التراث العربي البيان والتبيين للجاحظ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بلحربي نزيهة/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البيان/ النحو/ التراث/ الجاحظ/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