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الحبك المكاني في رحلة ابن حمادوش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قرواز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الحبك/ ابن حمادوش/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