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همزية ابن جابر الأندلسي في المديح النبوي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عزيون سارة/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المديح النبوي/ ابن جابر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