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ابن هانئ الأندلسي دراسة في ضوء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سعدي جميلة/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شعر/ ابن هانئ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