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وسلطة اللغة رواية عباد الشمس لسحر خليفة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قيدوش فاطمة/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المكان/ المصطلح/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