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تسابيح الجريح لعامر شارف - مقاربة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سعداوي كنزة/ رضا عامر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المقاربة/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