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أيا ديك عدت من أياديك صيحة " لأبي العلاء المعري دراسة أسلوبية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خولة/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العلاء المعري/ 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