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المرجعية التاريخية في رواية كولونيل الزبربر للحبيب السائح "دراسة سوسيو نصية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عبيد رميسة/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المرجعية/ المكان/ التاريخ/ الأنا والآخر/ والتاريخ المضاد/ التخييل التاريخي/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