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الرمز في ديوان : "عفوا ....سأحمل قدري وأسير " لعبد القادر عميش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فيلالي فتيحة/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800140411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الرمز/ ديوان عفوا سأحمل قدري و أسير/ عبد القادر عميش/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