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ميثولوجيا الذات ومركزية الحلم في رواية الخيميائي " لباولو كويلو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زهرة عبير/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الذات/ السرد/ الميثولوجيا/ الحلم/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