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الز مكاني في رواية حصار المرايا لـ زينب لوت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صالدي زبيدة/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الفضاء الزمكاني/ رواية حصار المرايا/ زينب لوت/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